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POPIS NAGRAĐENIH</w:t>
      </w:r>
    </w:p>
    <w:p>
      <w:pPr>
        <w:jc w:val="center"/>
      </w:pPr>
      <w:r>
        <w:rPr>
          <w:b/>
          <w:sz w:val="24"/>
        </w:rPr>
        <w:t>Dan Učiteljskog fakulteta – 5. listopada 2026.</w:t>
      </w:r>
    </w:p>
    <w:p>
      <w:pPr>
        <w:pStyle w:val="Heading1"/>
        <w:spacing w:before="200" w:after="80"/>
      </w:pPr>
      <w:r>
        <w:t>DEKANOVE NAGRADE NASTAVNICIMA</w:t>
      </w:r>
    </w:p>
    <w:p>
      <w:pPr>
        <w:pStyle w:val="Heading2"/>
        <w:spacing w:before="120" w:after="80"/>
      </w:pPr>
      <w:r>
        <w:t>Dekanova nagrada za znanost</w:t>
      </w:r>
    </w:p>
    <w:p>
      <w:pPr>
        <w:spacing w:after="40"/>
        <w:ind w:left="283"/>
      </w:pPr>
      <w:r>
        <w:rPr>
          <w:b/>
        </w:rPr>
        <w:t>izv. prof. dr. sc. Marina Vilenica</w:t>
      </w:r>
    </w:p>
    <w:p>
      <w:pPr>
        <w:pStyle w:val="Heading2"/>
        <w:spacing w:before="120" w:after="80"/>
      </w:pPr>
      <w:r>
        <w:t>Dekanova nagrada za mlade znanstvenike</w:t>
      </w:r>
    </w:p>
    <w:p>
      <w:pPr>
        <w:spacing w:after="40"/>
        <w:ind w:left="283"/>
      </w:pPr>
      <w:r>
        <w:rPr>
          <w:b/>
        </w:rPr>
        <w:t>dr. sc. Paula Pedić Duić</w:t>
      </w:r>
    </w:p>
    <w:p>
      <w:pPr>
        <w:pStyle w:val="Heading2"/>
        <w:spacing w:before="120" w:after="80"/>
      </w:pPr>
      <w:r>
        <w:t>Dekanova nagrada za međunarodnu suradnju</w:t>
      </w:r>
    </w:p>
    <w:p>
      <w:pPr>
        <w:spacing w:after="40"/>
        <w:ind w:left="283"/>
      </w:pPr>
      <w:r>
        <w:rPr>
          <w:b/>
        </w:rPr>
        <w:t>prof. dr. sc. Višnja Rajić</w:t>
      </w:r>
    </w:p>
    <w:p>
      <w:pPr>
        <w:pStyle w:val="Heading2"/>
        <w:spacing w:before="120" w:after="80"/>
      </w:pPr>
      <w:r>
        <w:t>Dekanova nagrada za umjetničko ostvarenje sa studentima</w:t>
      </w:r>
    </w:p>
    <w:p>
      <w:pPr>
        <w:spacing w:after="40"/>
        <w:ind w:left="283"/>
      </w:pPr>
      <w:r>
        <w:rPr>
          <w:b/>
        </w:rPr>
        <w:t>prof. art. Luka Petrač</w:t>
      </w:r>
    </w:p>
    <w:p>
      <w:pPr>
        <w:pStyle w:val="Heading2"/>
        <w:spacing w:before="120" w:after="80"/>
      </w:pPr>
      <w:r>
        <w:t>Dekanova nagrada za doprinos kvaliteti nastave – središnjica u Zagrebu</w:t>
      </w:r>
    </w:p>
    <w:p>
      <w:pPr>
        <w:spacing w:after="40"/>
        <w:ind w:left="283"/>
      </w:pPr>
      <w:r>
        <w:rPr>
          <w:b/>
        </w:rPr>
        <w:t>doc. dr. sc. Tomislava Vidić</w:t>
      </w:r>
    </w:p>
    <w:p>
      <w:pPr>
        <w:pStyle w:val="Heading2"/>
        <w:spacing w:before="120" w:after="80"/>
      </w:pPr>
      <w:r>
        <w:t>Dekanova nagrada za doprinos kvaliteti nastave – Odsjek u Petrinji</w:t>
      </w:r>
    </w:p>
    <w:p>
      <w:pPr>
        <w:spacing w:after="40"/>
        <w:ind w:left="283"/>
      </w:pPr>
      <w:r>
        <w:rPr>
          <w:b/>
        </w:rPr>
        <w:t>prof. dr. sc. Jasna Kudek Mirošević</w:t>
      </w:r>
    </w:p>
    <w:p>
      <w:pPr>
        <w:pStyle w:val="Heading1"/>
        <w:spacing w:before="200" w:after="80"/>
      </w:pPr>
      <w:r>
        <w:t>DEKANOVE NAGRADE STUDENTIMA</w:t>
      </w:r>
    </w:p>
    <w:p>
      <w:pPr>
        <w:pStyle w:val="Heading2"/>
        <w:spacing w:before="120" w:after="80"/>
      </w:pPr>
      <w:r>
        <w:t>Dekanova nagrada za znanost doktorandima koji nisu zaposlenici Sveučilišta u Zagrebu</w:t>
      </w:r>
    </w:p>
    <w:p>
      <w:pPr>
        <w:spacing w:after="40"/>
        <w:ind w:left="283"/>
      </w:pPr>
      <w:r>
        <w:rPr>
          <w:b/>
        </w:rPr>
        <w:t>Igor Vrga, dr. med, univ. spec. med.</w:t>
      </w:r>
      <w:r>
        <w:br/>
        <w:t>student 1. godine doktorskog studija Cjeloživotno obrazovanje i obrazovne znanosti</w:t>
      </w:r>
    </w:p>
    <w:p>
      <w:pPr>
        <w:pStyle w:val="Heading2"/>
        <w:spacing w:before="120" w:after="80"/>
      </w:pPr>
      <w:r>
        <w:t>Dekanova nagrada za izniman sportski uspjeh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Klara Senegačnik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Bianca Livajušić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Lucija Krajinović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Lara Hajpetar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Lucija Sunjog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Marija Soldo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Barbara Ninić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Tea Bučević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Hana Josić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Dalija Stabile</w:t>
      </w:r>
    </w:p>
    <w:p>
      <w:pPr>
        <w:spacing w:after="40"/>
        <w:ind w:left="283"/>
      </w:pPr>
      <w:r>
        <w:rPr>
          <w:b/>
        </w:rPr>
        <w:t>Mihaela Ban</w:t>
      </w:r>
      <w:r>
        <w:br/>
        <w:t>studentica 1. godine Sveučilišnog prijediplomskog studija Rani i predškolski odgoj i obrazovanje</w:t>
      </w:r>
    </w:p>
    <w:p>
      <w:pPr>
        <w:pStyle w:val="Heading2"/>
        <w:spacing w:before="120" w:after="80"/>
      </w:pPr>
      <w:r>
        <w:t>Dekanova nagrada studentima za doprinos Fakultetu</w:t>
      </w:r>
    </w:p>
    <w:p>
      <w:pPr>
        <w:spacing w:before="100" w:after="40"/>
      </w:pPr>
      <w:r>
        <w:rPr>
          <w:b/>
          <w:i/>
        </w:rPr>
        <w:t>Skupina 1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Domagoj Marković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Melani Košić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Dora Vranić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David Kanižaj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Fran Stunja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Mateo Borović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Borna Tilošanec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Ana Briški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Anamarija Blažan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Adela Grčić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Dominik Weber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Benjamin Horvatić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Sara Gotić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Lana Hrženjak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Klaudija Fortun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Karla Marija Gluhak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Antonela Perši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Antonela Pin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Dora Kovačić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Ivana Buneta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Petra Vinković</w:t>
      </w:r>
    </w:p>
    <w:p>
      <w:pPr>
        <w:spacing w:before="100" w:after="40"/>
      </w:pPr>
      <w:r>
        <w:rPr>
          <w:b/>
          <w:i/>
        </w:rPr>
        <w:t>Skupina 2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Domagoj Marković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Dominik Weber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Benjamin Horvatić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Alma Branković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Gloria Kalšan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Lucija Vukres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Klara Vukres</w:t>
      </w:r>
    </w:p>
    <w:p>
      <w:pPr>
        <w:spacing w:before="100" w:after="40"/>
      </w:pPr>
      <w:r>
        <w:rPr>
          <w:b/>
          <w:i/>
        </w:rPr>
        <w:t>Skupina 3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Antonela Perši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Antonela Pin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Anamaria Brozović</w:t>
      </w:r>
    </w:p>
    <w:p>
      <w:pPr>
        <w:spacing w:before="100" w:after="40"/>
      </w:pPr>
      <w:r>
        <w:rPr>
          <w:b/>
          <w:i/>
        </w:rPr>
        <w:t>Skupina 4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Katarina Blažević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Marina Filipović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Ela Latinović</w:t>
      </w:r>
    </w:p>
    <w:p>
      <w:pPr>
        <w:pStyle w:val="Heading2"/>
        <w:spacing w:before="120" w:after="80"/>
      </w:pPr>
      <w:r>
        <w:t>Dekanova nagrada studentima za znanost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Lucija Misilo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Mia Tkalčević</w:t>
      </w:r>
    </w:p>
    <w:p>
      <w:pPr>
        <w:spacing w:after="40"/>
        <w:ind w:left="283"/>
      </w:pPr>
      <w:r>
        <w:rPr>
          <w:b/>
        </w:rPr>
        <w:t>Martina Bosak</w:t>
      </w:r>
      <w:r>
        <w:br/>
        <w:t>studentica 2. godine Sveučilišnog prijediplomskog studija Rani i predškolski odgoj i obrazovanje</w:t>
      </w:r>
    </w:p>
    <w:p>
      <w:pPr>
        <w:spacing w:after="40"/>
        <w:ind w:left="283"/>
      </w:pPr>
      <w:r>
        <w:rPr>
          <w:b/>
        </w:rPr>
        <w:t>Chiara Todorov</w:t>
      </w:r>
      <w:r>
        <w:br/>
        <w:t>studentica 4. godine Sveučilišnog integriranog prijediplomskog i diplomskog učiteljskog studija</w:t>
      </w:r>
    </w:p>
    <w:p>
      <w:pPr>
        <w:pStyle w:val="Heading2"/>
        <w:spacing w:before="120" w:after="80"/>
      </w:pPr>
      <w:r>
        <w:t>Dekanova nagrada za uspjeh u studiju i doprinos Fakultetu</w:t>
      </w:r>
    </w:p>
    <w:p>
      <w:pPr>
        <w:spacing w:after="40"/>
        <w:ind w:left="283"/>
      </w:pPr>
      <w:r>
        <w:rPr>
          <w:b/>
        </w:rPr>
        <w:t>Magdalena Škreblin</w:t>
      </w:r>
      <w:r>
        <w:br/>
        <w:t>studentica 2. godine Sveučilišnog prijediplomskog studija Rani i predškolski odgoj i obrazovanje</w:t>
      </w:r>
    </w:p>
    <w:p>
      <w:pPr>
        <w:spacing w:after="40"/>
        <w:ind w:left="283"/>
      </w:pPr>
      <w:r>
        <w:rPr>
          <w:b/>
        </w:rPr>
        <w:t>Ines Kovačić</w:t>
      </w:r>
      <w:r>
        <w:br/>
        <w:t>studentica 5. godine Sveučilišnog integriranog prijediplomskog i diplomskog učiteljskog studija na Odsjeku u Čakovcu</w:t>
      </w:r>
    </w:p>
    <w:p>
      <w:pPr>
        <w:pStyle w:val="Heading1"/>
        <w:spacing w:before="200" w:after="80"/>
      </w:pPr>
      <w:r>
        <w:t>DEKANOVE NAGRADE NENASTAVNIM DJELATNICIMA</w:t>
      </w:r>
    </w:p>
    <w:p>
      <w:pPr>
        <w:pStyle w:val="Heading2"/>
        <w:spacing w:before="120" w:after="80"/>
      </w:pPr>
      <w:r>
        <w:t>Dekanova nagrada nenastavnim djelatnicima – središnjica u Zagrebu</w:t>
      </w:r>
    </w:p>
    <w:p>
      <w:pPr>
        <w:spacing w:after="40"/>
        <w:ind w:left="283"/>
      </w:pPr>
      <w:r>
        <w:rPr>
          <w:b/>
        </w:rPr>
        <w:t>mag. ing. mech. Sandi Homolak</w:t>
      </w:r>
    </w:p>
    <w:p>
      <w:pPr>
        <w:pStyle w:val="Heading2"/>
        <w:spacing w:before="120" w:after="80"/>
      </w:pPr>
      <w:r>
        <w:t>Dekanova nagrada nenastavnim djelatnicima – Odsjek u Petrinji</w:t>
      </w:r>
    </w:p>
    <w:p>
      <w:pPr>
        <w:spacing w:after="40"/>
        <w:ind w:left="283"/>
      </w:pPr>
      <w:r>
        <w:rPr>
          <w:b/>
        </w:rPr>
        <w:t>bacc. ing. techn. inf. Tomislav Stanković</w:t>
      </w:r>
    </w:p>
    <w:p>
      <w:pPr>
        <w:pStyle w:val="Heading2"/>
        <w:spacing w:before="120" w:after="80"/>
      </w:pPr>
      <w:r>
        <w:t>Dekanova nagrada nenastavnim djelatnicima – Odsjek u Čakovcu</w:t>
      </w:r>
    </w:p>
    <w:p>
      <w:pPr>
        <w:spacing w:after="40"/>
        <w:ind w:left="283"/>
      </w:pPr>
      <w:r>
        <w:rPr>
          <w:b/>
        </w:rPr>
        <w:t>Dragutin Žvorc</w:t>
      </w:r>
    </w:p>
    <w:p>
      <w:pPr>
        <w:pStyle w:val="Heading1"/>
        <w:spacing w:before="200" w:after="80"/>
      </w:pPr>
      <w:r>
        <w:t>ZAHVALNICE UMIROVLJENICIMA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prof. dr. sc. Andrea Feldman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prof. dr. sc. Nada Vijtiuk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izv. prof. dr. sc. Vesna Budinski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izv. prof. dr. sc. Marija Lorger</w:t>
      </w:r>
    </w:p>
    <w:p>
      <w:pPr>
        <w:pStyle w:val="ListBullet"/>
        <w:spacing w:after="20"/>
      </w:pPr>
      <w:r>
        <w:rPr>
          <w:rFonts w:ascii="Times New Roman" w:hAnsi="Times New Roman"/>
          <w:sz w:val="24"/>
        </w:rPr>
        <w:t>Iris Šmidt Pelajić, v. pred.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>Sveučilište u Zagrebu Učiteljski fakultet – Dan Učiteljskog fakulteta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